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17"/>
        <w:gridCol w:w="3061"/>
      </w:tblGrid>
      <w:tr w:rsidR="00354679" w:rsidRPr="000345D8" w14:paraId="74343394" w14:textId="77777777" w:rsidTr="00FD7C5B">
        <w:trPr>
          <w:jc w:val="center"/>
        </w:trPr>
        <w:tc>
          <w:tcPr>
            <w:tcW w:w="7517" w:type="dxa"/>
            <w:shd w:val="clear" w:color="auto" w:fill="002060"/>
          </w:tcPr>
          <w:p w14:paraId="468DD881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color w:val="FFFFFF"/>
                <w:sz w:val="36"/>
                <w:lang w:val="pl-PL"/>
              </w:rPr>
              <w:t>ZGŁOSZENIE WSTĘPNE SZKOŁY</w:t>
            </w:r>
          </w:p>
          <w:p w14:paraId="4AB7B21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color w:val="FFFFFF"/>
                <w:lang w:val="pl-PL"/>
              </w:rPr>
              <w:t>Bezpłatne zajęcia edukacyjne o energii jądrowej i promieniotwórczości</w:t>
            </w:r>
          </w:p>
        </w:tc>
        <w:tc>
          <w:tcPr>
            <w:tcW w:w="3061" w:type="dxa"/>
            <w:shd w:val="clear" w:color="auto" w:fill="002060"/>
          </w:tcPr>
          <w:p w14:paraId="04380569" w14:textId="77777777" w:rsidR="00354679" w:rsidRPr="000345D8" w:rsidRDefault="00000000">
            <w:pPr>
              <w:spacing w:after="40"/>
              <w:jc w:val="right"/>
              <w:rPr>
                <w:lang w:val="pl-PL"/>
              </w:rPr>
            </w:pPr>
            <w:r w:rsidRPr="000345D8">
              <w:rPr>
                <w:b/>
                <w:color w:val="FFFFFF"/>
                <w:sz w:val="28"/>
                <w:lang w:val="pl-PL"/>
              </w:rPr>
              <w:t>rok szkolny</w:t>
            </w:r>
            <w:r w:rsidRPr="000345D8">
              <w:rPr>
                <w:b/>
                <w:color w:val="FFFFFF"/>
                <w:sz w:val="28"/>
                <w:lang w:val="pl-PL"/>
              </w:rPr>
              <w:br/>
              <w:t>2026/2027</w:t>
            </w:r>
          </w:p>
        </w:tc>
      </w:tr>
    </w:tbl>
    <w:p w14:paraId="11ABBBF0" w14:textId="2924B2C4" w:rsidR="00354679" w:rsidRPr="000345D8" w:rsidRDefault="00000000">
      <w:pPr>
        <w:spacing w:before="140" w:after="100"/>
        <w:rPr>
          <w:lang w:val="pl-PL"/>
        </w:rPr>
      </w:pPr>
      <w:r w:rsidRPr="000345D8">
        <w:rPr>
          <w:sz w:val="19"/>
          <w:lang w:val="pl-PL"/>
        </w:rPr>
        <w:t>Formularz służy do zebrania wstępnych zgłoszeń szkół zainteresowanych udziałem w zajęciach realizowanych przez</w:t>
      </w:r>
      <w:r w:rsidR="00FD7C5B" w:rsidRPr="000345D8">
        <w:rPr>
          <w:sz w:val="19"/>
          <w:lang w:val="pl-PL"/>
        </w:rPr>
        <w:t xml:space="preserve"> Polskie Elektrownie Jądrowe we współpracy z Fundacją FORUM ATOMOWE</w:t>
      </w:r>
      <w:r w:rsidRPr="000345D8">
        <w:rPr>
          <w:sz w:val="19"/>
          <w:lang w:val="pl-PL"/>
        </w:rPr>
        <w:t>. Zgłoszenie nie jest jeszcze rezerwacją terminu - po analizie zgłoszeń</w:t>
      </w:r>
      <w:r w:rsidR="00147717" w:rsidRPr="000345D8">
        <w:rPr>
          <w:sz w:val="19"/>
          <w:lang w:val="pl-PL"/>
        </w:rPr>
        <w:t xml:space="preserve"> PEJ i/lub</w:t>
      </w:r>
      <w:r w:rsidRPr="000345D8">
        <w:rPr>
          <w:sz w:val="19"/>
          <w:lang w:val="pl-PL"/>
        </w:rPr>
        <w:t xml:space="preserve"> Fundacja skontaktuj</w:t>
      </w:r>
      <w:r w:rsidR="00147717" w:rsidRPr="000345D8">
        <w:rPr>
          <w:sz w:val="19"/>
          <w:lang w:val="pl-PL"/>
        </w:rPr>
        <w:t>ą</w:t>
      </w:r>
      <w:r w:rsidRPr="000345D8">
        <w:rPr>
          <w:sz w:val="19"/>
          <w:lang w:val="pl-PL"/>
        </w:rPr>
        <w:t xml:space="preserve"> się z wybranymi szkołami i zaproponuje możliwe terminy realizacji.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2"/>
      </w:tblGrid>
      <w:tr w:rsidR="00354679" w:rsidRPr="000345D8" w14:paraId="66DD336C" w14:textId="77777777">
        <w:trPr>
          <w:jc w:val="center"/>
        </w:trPr>
        <w:tc>
          <w:tcPr>
            <w:tcW w:w="10482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FFF2CC"/>
          </w:tcPr>
          <w:p w14:paraId="0455B3BE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>Pola oznaczone gwiazdką (*) są niezbędne na etapie wstępnego zgłoszenia. Pozostałe informacje mogą być orientacyjne - wiemy, że w maju i czerwcu szkoła może jeszcze nie znać szczegółowego planu klas, podziałów godzinowych ani ostatecznej liczby uczestników.</w:t>
            </w:r>
          </w:p>
        </w:tc>
      </w:tr>
    </w:tbl>
    <w:p w14:paraId="4F0AA74D" w14:textId="77777777" w:rsidR="00354679" w:rsidRPr="000345D8" w:rsidRDefault="00000000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t>1. Dane szkoły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354679" w:rsidRPr="000345D8" w14:paraId="440302D4" w14:textId="77777777">
        <w:trPr>
          <w:jc w:val="center"/>
        </w:trPr>
        <w:tc>
          <w:tcPr>
            <w:tcW w:w="2835" w:type="dxa"/>
          </w:tcPr>
          <w:p w14:paraId="66C1127B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Nazwa szkoły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</w:tc>
        <w:tc>
          <w:tcPr>
            <w:tcW w:w="6917" w:type="dxa"/>
          </w:tcPr>
          <w:p w14:paraId="17EEECE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11BF4221" w14:textId="77777777">
        <w:trPr>
          <w:jc w:val="center"/>
        </w:trPr>
        <w:tc>
          <w:tcPr>
            <w:tcW w:w="2835" w:type="dxa"/>
          </w:tcPr>
          <w:p w14:paraId="42905F99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Typ szkoły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  <w:p w14:paraId="37B04F98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szkoła podstawowa, liceum, technikum, zespół szkół</w:t>
            </w:r>
          </w:p>
        </w:tc>
        <w:tc>
          <w:tcPr>
            <w:tcW w:w="6917" w:type="dxa"/>
          </w:tcPr>
          <w:p w14:paraId="01EA39FD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7DA9B3D3" w14:textId="77777777">
        <w:trPr>
          <w:jc w:val="center"/>
        </w:trPr>
        <w:tc>
          <w:tcPr>
            <w:tcW w:w="2835" w:type="dxa"/>
          </w:tcPr>
          <w:p w14:paraId="7158ADB3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Adres szkoły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  <w:p w14:paraId="720CA855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ulica, numer, kod pocztowy, miejscowość</w:t>
            </w:r>
          </w:p>
        </w:tc>
        <w:tc>
          <w:tcPr>
            <w:tcW w:w="6917" w:type="dxa"/>
          </w:tcPr>
          <w:p w14:paraId="6AA2ABE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21DA0BE2" w14:textId="77777777">
        <w:trPr>
          <w:jc w:val="center"/>
        </w:trPr>
        <w:tc>
          <w:tcPr>
            <w:tcW w:w="2835" w:type="dxa"/>
          </w:tcPr>
          <w:p w14:paraId="7264AFF8" w14:textId="18FB55C9" w:rsidR="00354679" w:rsidRPr="000345D8" w:rsidRDefault="00FD7C5B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Powiat</w:t>
            </w:r>
            <w:r w:rsidR="00000000"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</w:tc>
        <w:tc>
          <w:tcPr>
            <w:tcW w:w="6917" w:type="dxa"/>
          </w:tcPr>
          <w:p w14:paraId="1BBFA2ED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42AB9C10" w14:textId="77777777">
        <w:trPr>
          <w:jc w:val="center"/>
        </w:trPr>
        <w:tc>
          <w:tcPr>
            <w:tcW w:w="2835" w:type="dxa"/>
          </w:tcPr>
          <w:p w14:paraId="45068FE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Strona internetowa szkoły</w:t>
            </w:r>
          </w:p>
        </w:tc>
        <w:tc>
          <w:tcPr>
            <w:tcW w:w="6917" w:type="dxa"/>
          </w:tcPr>
          <w:p w14:paraId="27CB709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</w:tbl>
    <w:p w14:paraId="4C8EDCAA" w14:textId="77777777" w:rsidR="00354679" w:rsidRPr="000345D8" w:rsidRDefault="00000000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t>2. Osoba do kontaktu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354679" w:rsidRPr="000345D8" w14:paraId="7818A54E" w14:textId="77777777">
        <w:trPr>
          <w:jc w:val="center"/>
        </w:trPr>
        <w:tc>
          <w:tcPr>
            <w:tcW w:w="2835" w:type="dxa"/>
          </w:tcPr>
          <w:p w14:paraId="1FB45135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Imię i nazwisko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</w:tc>
        <w:tc>
          <w:tcPr>
            <w:tcW w:w="6917" w:type="dxa"/>
          </w:tcPr>
          <w:p w14:paraId="639C23DC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18E95C61" w14:textId="77777777">
        <w:trPr>
          <w:jc w:val="center"/>
        </w:trPr>
        <w:tc>
          <w:tcPr>
            <w:tcW w:w="2835" w:type="dxa"/>
          </w:tcPr>
          <w:p w14:paraId="648AA13D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Funkcja / przedmiot</w:t>
            </w:r>
          </w:p>
          <w:p w14:paraId="35587D6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nauczyciel fizyki, dyrektor, wicedyrektor, koordynator projektu</w:t>
            </w:r>
          </w:p>
        </w:tc>
        <w:tc>
          <w:tcPr>
            <w:tcW w:w="6917" w:type="dxa"/>
          </w:tcPr>
          <w:p w14:paraId="1ECF7C89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61623102" w14:textId="77777777">
        <w:trPr>
          <w:jc w:val="center"/>
        </w:trPr>
        <w:tc>
          <w:tcPr>
            <w:tcW w:w="2835" w:type="dxa"/>
          </w:tcPr>
          <w:p w14:paraId="4B89A91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Adres e-mail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</w:tc>
        <w:tc>
          <w:tcPr>
            <w:tcW w:w="6917" w:type="dxa"/>
          </w:tcPr>
          <w:p w14:paraId="7B28A581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4E6C934B" w14:textId="77777777">
        <w:trPr>
          <w:jc w:val="center"/>
        </w:trPr>
        <w:tc>
          <w:tcPr>
            <w:tcW w:w="2835" w:type="dxa"/>
          </w:tcPr>
          <w:p w14:paraId="0EFF105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Telefon kontaktowy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  <w:p w14:paraId="6A22A1AF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potrzebny do szybkiego ustalenia terminu i spraw organizacyjnych</w:t>
            </w:r>
          </w:p>
        </w:tc>
        <w:tc>
          <w:tcPr>
            <w:tcW w:w="6917" w:type="dxa"/>
          </w:tcPr>
          <w:p w14:paraId="4DA1ACBC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5B0749D8" w14:textId="77777777">
        <w:trPr>
          <w:jc w:val="center"/>
        </w:trPr>
        <w:tc>
          <w:tcPr>
            <w:tcW w:w="2835" w:type="dxa"/>
          </w:tcPr>
          <w:p w14:paraId="365B8CC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Preferowany sposób kontaktu</w:t>
            </w:r>
          </w:p>
          <w:p w14:paraId="71344A50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e-mail, telefon; proszę podać dogodne godziny kontaktu</w:t>
            </w:r>
          </w:p>
        </w:tc>
        <w:tc>
          <w:tcPr>
            <w:tcW w:w="6917" w:type="dxa"/>
          </w:tcPr>
          <w:p w14:paraId="7E13DCB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</w:tbl>
    <w:p w14:paraId="41A8DCED" w14:textId="77777777" w:rsidR="00354679" w:rsidRPr="000345D8" w:rsidRDefault="00000000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t>3. Preferowany wariant zajęć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2"/>
      </w:tblGrid>
      <w:tr w:rsidR="00354679" w:rsidRPr="000345D8" w14:paraId="615D7624" w14:textId="77777777">
        <w:trPr>
          <w:jc w:val="center"/>
        </w:trPr>
        <w:tc>
          <w:tcPr>
            <w:tcW w:w="1048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8FC"/>
          </w:tcPr>
          <w:p w14:paraId="06305ACD" w14:textId="2F3E9ECF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Proszę zaznaczyć jeden lub kilka wariantów</w:t>
            </w:r>
            <w:r w:rsidR="00FD7C5B" w:rsidRPr="000345D8">
              <w:rPr>
                <w:b/>
                <w:sz w:val="18"/>
                <w:lang w:val="pl-PL"/>
              </w:rPr>
              <w:t xml:space="preserve"> </w:t>
            </w:r>
            <w:r w:rsidR="00FD7C5B" w:rsidRPr="000345D8">
              <w:rPr>
                <w:b/>
                <w:color w:val="C00000"/>
                <w:sz w:val="18"/>
                <w:lang w:val="pl-PL"/>
              </w:rPr>
              <w:t>*</w:t>
            </w:r>
            <w:r w:rsidRPr="000345D8">
              <w:rPr>
                <w:b/>
                <w:sz w:val="18"/>
                <w:lang w:val="pl-PL"/>
              </w:rPr>
              <w:t xml:space="preserve">. </w:t>
            </w:r>
            <w:r w:rsidRPr="000345D8">
              <w:rPr>
                <w:i/>
                <w:sz w:val="18"/>
                <w:lang w:val="pl-PL"/>
              </w:rPr>
              <w:t>Na tym etapie można wskazać także wariant alternatywny.</w:t>
            </w:r>
          </w:p>
          <w:p w14:paraId="081810C4" w14:textId="33099929" w:rsidR="00354679" w:rsidRPr="000345D8" w:rsidRDefault="00000000">
            <w:pPr>
              <w:spacing w:after="40"/>
              <w:ind w:left="198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>☐ Lekcje warsztatowe w klasie / sali lekcyjnej</w:t>
            </w:r>
          </w:p>
          <w:p w14:paraId="1E47DBB7" w14:textId="12458414" w:rsidR="00354679" w:rsidRPr="000345D8" w:rsidRDefault="00000000">
            <w:pPr>
              <w:spacing w:after="40"/>
              <w:ind w:left="198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>☐ Stoisko edukacyjne / mini</w:t>
            </w:r>
            <w:r w:rsidR="00FD7C5B" w:rsidRPr="000345D8">
              <w:rPr>
                <w:sz w:val="18"/>
                <w:lang w:val="pl-PL"/>
              </w:rPr>
              <w:t xml:space="preserve"> </w:t>
            </w:r>
            <w:r w:rsidRPr="000345D8">
              <w:rPr>
                <w:sz w:val="18"/>
                <w:lang w:val="pl-PL"/>
              </w:rPr>
              <w:t>wystawa w formule pikniku naukowego</w:t>
            </w:r>
          </w:p>
          <w:p w14:paraId="45C4AAE9" w14:textId="776E7DD8" w:rsidR="00354679" w:rsidRPr="000345D8" w:rsidRDefault="00000000">
            <w:pPr>
              <w:spacing w:after="40"/>
              <w:ind w:left="198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>☐ Jesteśmy zainteresowani obiema formami i prosimy o rekomendację</w:t>
            </w:r>
          </w:p>
          <w:p w14:paraId="24DD85A9" w14:textId="2EDD655A" w:rsidR="00354679" w:rsidRPr="000345D8" w:rsidRDefault="00000000">
            <w:pPr>
              <w:spacing w:after="40"/>
              <w:ind w:left="198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>☐ Nie mamy jeszcze preferencji - prosimy o kontakt w celu omówienia możliwości</w:t>
            </w:r>
          </w:p>
        </w:tc>
      </w:tr>
    </w:tbl>
    <w:p w14:paraId="598A236F" w14:textId="77777777" w:rsidR="00354679" w:rsidRPr="000345D8" w:rsidRDefault="00000000">
      <w:pPr>
        <w:pStyle w:val="SectionHeading"/>
        <w:keepNext/>
        <w:rPr>
          <w:lang w:val="pl-PL"/>
        </w:rPr>
      </w:pPr>
      <w:r w:rsidRPr="000345D8">
        <w:rPr>
          <w:color w:val="002060"/>
          <w:lang w:val="pl-PL"/>
        </w:rPr>
        <w:t>4. Proponowany termin realizacji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354679" w:rsidRPr="000345D8" w14:paraId="1CF00B93" w14:textId="77777777">
        <w:trPr>
          <w:jc w:val="center"/>
        </w:trPr>
        <w:tc>
          <w:tcPr>
            <w:tcW w:w="2835" w:type="dxa"/>
          </w:tcPr>
          <w:p w14:paraId="237E49CB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Preferowany zakres dat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  <w:p w14:paraId="3EE1BCE0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wrzesień-październik 2026, konkretne tygodnie lub dni tygodnia</w:t>
            </w:r>
          </w:p>
        </w:tc>
        <w:tc>
          <w:tcPr>
            <w:tcW w:w="6917" w:type="dxa"/>
          </w:tcPr>
          <w:p w14:paraId="7517A5D4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  <w:p w14:paraId="2741A8A8" w14:textId="77777777" w:rsidR="00354679" w:rsidRPr="000345D8" w:rsidRDefault="00354679">
            <w:pPr>
              <w:spacing w:after="40"/>
              <w:rPr>
                <w:lang w:val="pl-PL"/>
              </w:rPr>
            </w:pPr>
          </w:p>
        </w:tc>
      </w:tr>
      <w:tr w:rsidR="00354679" w:rsidRPr="000345D8" w14:paraId="3B83FD92" w14:textId="77777777">
        <w:trPr>
          <w:jc w:val="center"/>
        </w:trPr>
        <w:tc>
          <w:tcPr>
            <w:tcW w:w="2835" w:type="dxa"/>
          </w:tcPr>
          <w:p w14:paraId="3FF8D860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Terminy wykluczone</w:t>
            </w:r>
          </w:p>
          <w:p w14:paraId="4891A9C6" w14:textId="6FF9DCFC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egzaminy, wycieczki, rady pedagogiczne</w:t>
            </w:r>
          </w:p>
        </w:tc>
        <w:tc>
          <w:tcPr>
            <w:tcW w:w="6917" w:type="dxa"/>
          </w:tcPr>
          <w:p w14:paraId="172AF509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  <w:p w14:paraId="66072785" w14:textId="77777777" w:rsidR="00354679" w:rsidRPr="000345D8" w:rsidRDefault="00354679">
            <w:pPr>
              <w:spacing w:after="40"/>
              <w:rPr>
                <w:lang w:val="pl-PL"/>
              </w:rPr>
            </w:pPr>
          </w:p>
        </w:tc>
      </w:tr>
      <w:tr w:rsidR="00354679" w:rsidRPr="000345D8" w14:paraId="19CBC509" w14:textId="77777777">
        <w:trPr>
          <w:jc w:val="center"/>
        </w:trPr>
        <w:tc>
          <w:tcPr>
            <w:tcW w:w="2835" w:type="dxa"/>
          </w:tcPr>
          <w:p w14:paraId="51A3A53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Uwagi dotyczące planu lekcji</w:t>
            </w:r>
          </w:p>
          <w:p w14:paraId="0E067E1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lastRenderedPageBreak/>
              <w:t>np. możliwe tylko poniedziałki, preferowane godziny 8:00-13:00</w:t>
            </w:r>
          </w:p>
        </w:tc>
        <w:tc>
          <w:tcPr>
            <w:tcW w:w="6917" w:type="dxa"/>
          </w:tcPr>
          <w:p w14:paraId="2A1FC791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lastRenderedPageBreak/>
              <w:t>Kliknij lub wpisz odpowiedź...</w:t>
            </w:r>
          </w:p>
          <w:p w14:paraId="2037DAA6" w14:textId="77777777" w:rsidR="00354679" w:rsidRPr="000345D8" w:rsidRDefault="00354679">
            <w:pPr>
              <w:spacing w:after="40"/>
              <w:rPr>
                <w:lang w:val="pl-PL"/>
              </w:rPr>
            </w:pPr>
          </w:p>
        </w:tc>
      </w:tr>
    </w:tbl>
    <w:p w14:paraId="314F5C00" w14:textId="29D1047F" w:rsidR="00354679" w:rsidRPr="000345D8" w:rsidRDefault="00000000" w:rsidP="00FD7C5B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lastRenderedPageBreak/>
        <w:t>5. Informacje o uczniach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354679" w:rsidRPr="000345D8" w14:paraId="1384573C" w14:textId="77777777">
        <w:trPr>
          <w:jc w:val="center"/>
        </w:trPr>
        <w:tc>
          <w:tcPr>
            <w:tcW w:w="2835" w:type="dxa"/>
          </w:tcPr>
          <w:p w14:paraId="4C89367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Planowane klasy / roczniki</w:t>
            </w:r>
          </w:p>
          <w:p w14:paraId="46FBD54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jeśli nie wiadomo: proszę wpisać orientacyjnie, np. klasy 7-8, klasy 1-2 liceum</w:t>
            </w:r>
          </w:p>
        </w:tc>
        <w:tc>
          <w:tcPr>
            <w:tcW w:w="6917" w:type="dxa"/>
          </w:tcPr>
          <w:p w14:paraId="46325219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3CB2C7CF" w14:textId="77777777">
        <w:trPr>
          <w:jc w:val="center"/>
        </w:trPr>
        <w:tc>
          <w:tcPr>
            <w:tcW w:w="2835" w:type="dxa"/>
          </w:tcPr>
          <w:p w14:paraId="57135D94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Profil klasy lub rozszerzenia</w:t>
            </w:r>
          </w:p>
          <w:p w14:paraId="1CF9ED3B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 xml:space="preserve">np. </w:t>
            </w:r>
            <w:proofErr w:type="spellStart"/>
            <w:r w:rsidRPr="000345D8">
              <w:rPr>
                <w:i/>
                <w:color w:val="666666"/>
                <w:sz w:val="16"/>
                <w:lang w:val="pl-PL"/>
              </w:rPr>
              <w:t>biol-chem</w:t>
            </w:r>
            <w:proofErr w:type="spellEnd"/>
            <w:r w:rsidRPr="000345D8">
              <w:rPr>
                <w:i/>
                <w:color w:val="666666"/>
                <w:sz w:val="16"/>
                <w:lang w:val="pl-PL"/>
              </w:rPr>
              <w:t>, mat-</w:t>
            </w:r>
            <w:proofErr w:type="spellStart"/>
            <w:r w:rsidRPr="000345D8">
              <w:rPr>
                <w:i/>
                <w:color w:val="666666"/>
                <w:sz w:val="16"/>
                <w:lang w:val="pl-PL"/>
              </w:rPr>
              <w:t>fiz</w:t>
            </w:r>
            <w:proofErr w:type="spellEnd"/>
            <w:r w:rsidRPr="000345D8">
              <w:rPr>
                <w:i/>
                <w:color w:val="666666"/>
                <w:sz w:val="16"/>
                <w:lang w:val="pl-PL"/>
              </w:rPr>
              <w:t>, technik elektryk, klasa ogólna</w:t>
            </w:r>
          </w:p>
        </w:tc>
        <w:tc>
          <w:tcPr>
            <w:tcW w:w="6917" w:type="dxa"/>
          </w:tcPr>
          <w:p w14:paraId="3B0EAA94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07341264" w14:textId="77777777">
        <w:trPr>
          <w:jc w:val="center"/>
        </w:trPr>
        <w:tc>
          <w:tcPr>
            <w:tcW w:w="2835" w:type="dxa"/>
          </w:tcPr>
          <w:p w14:paraId="31A8141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Orientacyjna liczba uczniów</w:t>
            </w:r>
          </w:p>
          <w:p w14:paraId="18175933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może być podana w przybliżeniu</w:t>
            </w:r>
          </w:p>
        </w:tc>
        <w:tc>
          <w:tcPr>
            <w:tcW w:w="6917" w:type="dxa"/>
          </w:tcPr>
          <w:p w14:paraId="52C5BEC3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07C6ABA2" w14:textId="77777777">
        <w:trPr>
          <w:jc w:val="center"/>
        </w:trPr>
        <w:tc>
          <w:tcPr>
            <w:tcW w:w="2835" w:type="dxa"/>
          </w:tcPr>
          <w:p w14:paraId="73B227BE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Liczba grup / klas</w:t>
            </w:r>
          </w:p>
          <w:p w14:paraId="14ABA4AE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jeśli dotyczy</w:t>
            </w:r>
          </w:p>
        </w:tc>
        <w:tc>
          <w:tcPr>
            <w:tcW w:w="6917" w:type="dxa"/>
          </w:tcPr>
          <w:p w14:paraId="17D9560B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5B0FB57C" w14:textId="77777777">
        <w:trPr>
          <w:jc w:val="center"/>
        </w:trPr>
        <w:tc>
          <w:tcPr>
            <w:tcW w:w="2835" w:type="dxa"/>
          </w:tcPr>
          <w:p w14:paraId="6BB30BD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Poziom wcześniejszej wiedzy uczniów</w:t>
            </w:r>
          </w:p>
          <w:p w14:paraId="4EDA147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podstawowy, po omówieniu promieniotwórczości, profil rozszerzony</w:t>
            </w:r>
          </w:p>
        </w:tc>
        <w:tc>
          <w:tcPr>
            <w:tcW w:w="6917" w:type="dxa"/>
          </w:tcPr>
          <w:p w14:paraId="1F4FFFA9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</w:tbl>
    <w:p w14:paraId="04B22DA4" w14:textId="77777777" w:rsidR="00354679" w:rsidRPr="000345D8" w:rsidRDefault="00000000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t>6. Lekcje warsztatowe - informacje wstępne</w:t>
      </w:r>
    </w:p>
    <w:p w14:paraId="428DAD04" w14:textId="77777777" w:rsidR="00354679" w:rsidRPr="000345D8" w:rsidRDefault="00000000">
      <w:pPr>
        <w:spacing w:after="80"/>
        <w:rPr>
          <w:lang w:val="pl-PL"/>
        </w:rPr>
      </w:pPr>
      <w:r w:rsidRPr="000345D8">
        <w:rPr>
          <w:i/>
          <w:color w:val="505050"/>
          <w:sz w:val="18"/>
          <w:lang w:val="pl-PL"/>
        </w:rPr>
        <w:t>Proszę uzupełnić, jeśli szkoła jest zainteresowana lekcjami. Dane mogą być orientacyjne.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354679" w:rsidRPr="000345D8" w14:paraId="44CB26F7" w14:textId="77777777">
        <w:trPr>
          <w:jc w:val="center"/>
        </w:trPr>
        <w:tc>
          <w:tcPr>
            <w:tcW w:w="2835" w:type="dxa"/>
          </w:tcPr>
          <w:p w14:paraId="50335462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Preferowana liczba godzin lekcyjnych</w:t>
            </w:r>
          </w:p>
          <w:p w14:paraId="5C391CF3" w14:textId="0236885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3, 4 lub 5 godzin lekcyjnych; 1 godzina lekcyjna = 45 minut</w:t>
            </w:r>
          </w:p>
        </w:tc>
        <w:tc>
          <w:tcPr>
            <w:tcW w:w="6917" w:type="dxa"/>
          </w:tcPr>
          <w:p w14:paraId="16187EF4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08F0F9C4" w14:textId="77777777">
        <w:trPr>
          <w:jc w:val="center"/>
        </w:trPr>
        <w:tc>
          <w:tcPr>
            <w:tcW w:w="2835" w:type="dxa"/>
          </w:tcPr>
          <w:p w14:paraId="40A2A0C8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Preferowane zagadnienia</w:t>
            </w:r>
          </w:p>
          <w:p w14:paraId="39FEE456" w14:textId="5460F348" w:rsidR="00354679" w:rsidRPr="000345D8" w:rsidRDefault="00FD7C5B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proszę</w:t>
            </w:r>
            <w:r w:rsidR="00000000" w:rsidRPr="000345D8">
              <w:rPr>
                <w:i/>
                <w:color w:val="666666"/>
                <w:sz w:val="16"/>
                <w:lang w:val="pl-PL"/>
              </w:rPr>
              <w:t xml:space="preserve"> wpisać</w:t>
            </w:r>
            <w:r w:rsidRPr="000345D8">
              <w:rPr>
                <w:i/>
                <w:color w:val="666666"/>
                <w:sz w:val="16"/>
                <w:lang w:val="pl-PL"/>
              </w:rPr>
              <w:t xml:space="preserve"> wybrane zagadnienia wymienione z broszury informacyjnej lub</w:t>
            </w:r>
            <w:r w:rsidR="00000000" w:rsidRPr="000345D8">
              <w:rPr>
                <w:i/>
                <w:color w:val="666666"/>
                <w:sz w:val="16"/>
                <w:lang w:val="pl-PL"/>
              </w:rPr>
              <w:t xml:space="preserve"> własne propozycje</w:t>
            </w:r>
          </w:p>
        </w:tc>
        <w:tc>
          <w:tcPr>
            <w:tcW w:w="6917" w:type="dxa"/>
          </w:tcPr>
          <w:p w14:paraId="028A7C41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  <w:p w14:paraId="15CD8842" w14:textId="77777777" w:rsidR="00354679" w:rsidRPr="000345D8" w:rsidRDefault="00354679">
            <w:pPr>
              <w:spacing w:after="40"/>
              <w:rPr>
                <w:lang w:val="pl-PL"/>
              </w:rPr>
            </w:pPr>
          </w:p>
        </w:tc>
      </w:tr>
    </w:tbl>
    <w:p w14:paraId="25B12240" w14:textId="2FC6EB96" w:rsidR="00354679" w:rsidRPr="000345D8" w:rsidRDefault="00000000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t>7. Stoisko edukacyjne / mini</w:t>
      </w:r>
      <w:r w:rsidR="00FD7C5B" w:rsidRPr="000345D8">
        <w:rPr>
          <w:color w:val="002060"/>
          <w:lang w:val="pl-PL"/>
        </w:rPr>
        <w:t xml:space="preserve"> </w:t>
      </w:r>
      <w:r w:rsidRPr="000345D8">
        <w:rPr>
          <w:color w:val="002060"/>
          <w:lang w:val="pl-PL"/>
        </w:rPr>
        <w:t>wystawa - informacje wstępne</w:t>
      </w:r>
    </w:p>
    <w:p w14:paraId="177BAD1F" w14:textId="77777777" w:rsidR="00354679" w:rsidRPr="000345D8" w:rsidRDefault="00000000">
      <w:pPr>
        <w:spacing w:after="80"/>
        <w:rPr>
          <w:lang w:val="pl-PL"/>
        </w:rPr>
      </w:pPr>
      <w:r w:rsidRPr="000345D8">
        <w:rPr>
          <w:i/>
          <w:color w:val="505050"/>
          <w:sz w:val="18"/>
          <w:lang w:val="pl-PL"/>
        </w:rPr>
        <w:t>Proszę uzupełnić, jeśli szkoła jest zainteresowana wariantem wystawowym.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2"/>
      </w:tblGrid>
      <w:tr w:rsidR="00354679" w:rsidRPr="000345D8" w14:paraId="561A88AB" w14:textId="77777777">
        <w:trPr>
          <w:jc w:val="center"/>
        </w:trPr>
        <w:tc>
          <w:tcPr>
            <w:tcW w:w="10482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E2F0D9"/>
          </w:tcPr>
          <w:p w14:paraId="7EAD36C1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>Wariant wystawowy wymaga większej przestrzeni dostępnej na cały dzień. Pierwsza godzina jest przeznaczona na przygotowanie i rozłożenie stoiska. W kolejnych godzinach wystawę mogą odwiedzać uczniowie zgodnie z harmonogramem uzgodnionym ze szkołą.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354679" w:rsidRPr="000345D8" w14:paraId="15BF9FEA" w14:textId="77777777">
        <w:trPr>
          <w:jc w:val="center"/>
        </w:trPr>
        <w:tc>
          <w:tcPr>
            <w:tcW w:w="2835" w:type="dxa"/>
          </w:tcPr>
          <w:p w14:paraId="52F9DA04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Dostępna przestrzeń</w:t>
            </w:r>
          </w:p>
          <w:p w14:paraId="562DB9BF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aula, sala gimnastyczna, część hali sportowej, większa sala wielofunkcyjna</w:t>
            </w:r>
          </w:p>
        </w:tc>
        <w:tc>
          <w:tcPr>
            <w:tcW w:w="6917" w:type="dxa"/>
          </w:tcPr>
          <w:p w14:paraId="333BBC9D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11AD06BD" w14:textId="77777777">
        <w:trPr>
          <w:jc w:val="center"/>
        </w:trPr>
        <w:tc>
          <w:tcPr>
            <w:tcW w:w="2835" w:type="dxa"/>
          </w:tcPr>
          <w:p w14:paraId="7366956B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Czy przestrzeń może być dostępna na cały dzień?</w:t>
            </w:r>
          </w:p>
          <w:p w14:paraId="417F19A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proszę wpisać: tak / nie / do ustalenia</w:t>
            </w:r>
          </w:p>
        </w:tc>
        <w:tc>
          <w:tcPr>
            <w:tcW w:w="6917" w:type="dxa"/>
          </w:tcPr>
          <w:p w14:paraId="440868E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5F6AA015" w14:textId="77777777">
        <w:trPr>
          <w:jc w:val="center"/>
        </w:trPr>
        <w:tc>
          <w:tcPr>
            <w:tcW w:w="2835" w:type="dxa"/>
          </w:tcPr>
          <w:p w14:paraId="35E84991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Orientacyjna liczba klas w ciągu dnia</w:t>
            </w:r>
          </w:p>
        </w:tc>
        <w:tc>
          <w:tcPr>
            <w:tcW w:w="6917" w:type="dxa"/>
          </w:tcPr>
          <w:p w14:paraId="2B5B0F6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153A3BD7" w14:textId="77777777">
        <w:trPr>
          <w:jc w:val="center"/>
        </w:trPr>
        <w:tc>
          <w:tcPr>
            <w:tcW w:w="2835" w:type="dxa"/>
          </w:tcPr>
          <w:p w14:paraId="188C324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Orientacyjna liczba uczniów na jedną turę</w:t>
            </w:r>
          </w:p>
          <w:p w14:paraId="55718FCE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zwykle rekomendujemy maksymalnie ok. dwie klasy na jedną godzinę, do uzgodnienia</w:t>
            </w:r>
          </w:p>
        </w:tc>
        <w:tc>
          <w:tcPr>
            <w:tcW w:w="6917" w:type="dxa"/>
          </w:tcPr>
          <w:p w14:paraId="00A6ACA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46C023F9" w14:textId="77777777">
        <w:trPr>
          <w:jc w:val="center"/>
        </w:trPr>
        <w:tc>
          <w:tcPr>
            <w:tcW w:w="2835" w:type="dxa"/>
          </w:tcPr>
          <w:p w14:paraId="76167148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Dostęp do prądu / stołów / ekranu</w:t>
            </w:r>
          </w:p>
          <w:p w14:paraId="5604DC1E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proszę wskazać dostępne wyposażenie</w:t>
            </w:r>
          </w:p>
        </w:tc>
        <w:tc>
          <w:tcPr>
            <w:tcW w:w="6917" w:type="dxa"/>
          </w:tcPr>
          <w:p w14:paraId="137D3DFF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67D0A0AC" w14:textId="77777777">
        <w:trPr>
          <w:jc w:val="center"/>
        </w:trPr>
        <w:tc>
          <w:tcPr>
            <w:tcW w:w="2835" w:type="dxa"/>
          </w:tcPr>
          <w:p w14:paraId="5430D41C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Uwagi logistyczne</w:t>
            </w:r>
          </w:p>
          <w:p w14:paraId="7046090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lastRenderedPageBreak/>
              <w:t>np. dojazd, parking, wejście techniczne, piętro, winda</w:t>
            </w:r>
          </w:p>
        </w:tc>
        <w:tc>
          <w:tcPr>
            <w:tcW w:w="6917" w:type="dxa"/>
          </w:tcPr>
          <w:p w14:paraId="49D5C0C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lastRenderedPageBreak/>
              <w:t>Kliknij lub wpisz odpowiedź...</w:t>
            </w:r>
          </w:p>
          <w:p w14:paraId="2851DE79" w14:textId="77777777" w:rsidR="00354679" w:rsidRPr="000345D8" w:rsidRDefault="00354679">
            <w:pPr>
              <w:spacing w:after="40"/>
              <w:rPr>
                <w:lang w:val="pl-PL"/>
              </w:rPr>
            </w:pPr>
          </w:p>
        </w:tc>
      </w:tr>
    </w:tbl>
    <w:p w14:paraId="49B0C2B9" w14:textId="77777777" w:rsidR="00354679" w:rsidRPr="000345D8" w:rsidRDefault="00000000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t>8. Dodatkowe informacje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354679" w:rsidRPr="000345D8" w14:paraId="36FDA345" w14:textId="77777777">
        <w:trPr>
          <w:jc w:val="center"/>
        </w:trPr>
        <w:tc>
          <w:tcPr>
            <w:tcW w:w="2835" w:type="dxa"/>
          </w:tcPr>
          <w:p w14:paraId="1D2AFDB0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Czy szkoła organizuje w tym czasie wydarzenie specjalne?</w:t>
            </w:r>
          </w:p>
          <w:p w14:paraId="1553118C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dzień nauki, tydzień przedmiotów ścisłych, wydarzenie lokalne</w:t>
            </w:r>
          </w:p>
        </w:tc>
        <w:tc>
          <w:tcPr>
            <w:tcW w:w="6917" w:type="dxa"/>
          </w:tcPr>
          <w:p w14:paraId="2ED4DBB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13E8146B" w14:textId="77777777">
        <w:trPr>
          <w:jc w:val="center"/>
        </w:trPr>
        <w:tc>
          <w:tcPr>
            <w:tcW w:w="2835" w:type="dxa"/>
          </w:tcPr>
          <w:p w14:paraId="3B6D52D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Szczególne potrzeby organizacyjne</w:t>
            </w:r>
          </w:p>
          <w:p w14:paraId="6C10454B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np. dostępność, ograniczenia czasowe, potrzeby techniczne</w:t>
            </w:r>
          </w:p>
        </w:tc>
        <w:tc>
          <w:tcPr>
            <w:tcW w:w="6917" w:type="dxa"/>
          </w:tcPr>
          <w:p w14:paraId="473F2EC1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  <w:p w14:paraId="5DF17A27" w14:textId="77777777" w:rsidR="00354679" w:rsidRPr="000345D8" w:rsidRDefault="00354679">
            <w:pPr>
              <w:spacing w:after="40"/>
              <w:rPr>
                <w:lang w:val="pl-PL"/>
              </w:rPr>
            </w:pPr>
          </w:p>
        </w:tc>
      </w:tr>
      <w:tr w:rsidR="00354679" w:rsidRPr="000345D8" w14:paraId="58F05F5E" w14:textId="77777777">
        <w:trPr>
          <w:jc w:val="center"/>
        </w:trPr>
        <w:tc>
          <w:tcPr>
            <w:tcW w:w="2835" w:type="dxa"/>
          </w:tcPr>
          <w:p w14:paraId="49641613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Inne uwagi szkoły</w:t>
            </w:r>
          </w:p>
        </w:tc>
        <w:tc>
          <w:tcPr>
            <w:tcW w:w="6917" w:type="dxa"/>
          </w:tcPr>
          <w:p w14:paraId="1734A025" w14:textId="148135D2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</w:tbl>
    <w:p w14:paraId="18876E45" w14:textId="77777777" w:rsidR="00354679" w:rsidRPr="000345D8" w:rsidRDefault="00000000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t>9. Oświadczenia i zgody organizacyjne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2"/>
      </w:tblGrid>
      <w:tr w:rsidR="00354679" w:rsidRPr="000345D8" w14:paraId="2DD08939" w14:textId="77777777">
        <w:trPr>
          <w:jc w:val="center"/>
        </w:trPr>
        <w:tc>
          <w:tcPr>
            <w:tcW w:w="1048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8FC"/>
          </w:tcPr>
          <w:p w14:paraId="1E9E0DBB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Proszę zaznaczyć wymagane potwierdzenia:</w:t>
            </w:r>
          </w:p>
          <w:p w14:paraId="30818F68" w14:textId="77777777" w:rsidR="00354679" w:rsidRPr="000345D8" w:rsidRDefault="00000000">
            <w:pPr>
              <w:spacing w:after="40"/>
              <w:ind w:left="198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 xml:space="preserve">☐ Potwierdzam, że przesłanie formularza ma charakter wstępnego zgłoszenia i nie oznacza automatycznego potwierdzenia terminu zajęć. </w:t>
            </w:r>
            <w:r w:rsidRPr="000345D8">
              <w:rPr>
                <w:b/>
                <w:color w:val="C00000"/>
                <w:sz w:val="18"/>
                <w:lang w:val="pl-PL"/>
              </w:rPr>
              <w:t>*</w:t>
            </w:r>
          </w:p>
          <w:p w14:paraId="756765C4" w14:textId="4332D044" w:rsidR="00354679" w:rsidRPr="000345D8" w:rsidRDefault="00000000">
            <w:pPr>
              <w:spacing w:after="40"/>
              <w:ind w:left="198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 xml:space="preserve">☐ Przyjmuję do wiadomości, że liczba zajęć możliwych do realizacji jest ograniczona, a </w:t>
            </w:r>
            <w:r w:rsidR="00FD7C5B" w:rsidRPr="000345D8">
              <w:rPr>
                <w:sz w:val="18"/>
                <w:lang w:val="pl-PL"/>
              </w:rPr>
              <w:t xml:space="preserve">PEJ i/lub </w:t>
            </w:r>
            <w:r w:rsidRPr="000345D8">
              <w:rPr>
                <w:sz w:val="18"/>
                <w:lang w:val="pl-PL"/>
              </w:rPr>
              <w:t>Fundacja będ</w:t>
            </w:r>
            <w:r w:rsidR="008178FD" w:rsidRPr="000345D8">
              <w:rPr>
                <w:sz w:val="18"/>
                <w:lang w:val="pl-PL"/>
              </w:rPr>
              <w:t>ą</w:t>
            </w:r>
            <w:r w:rsidRPr="000345D8">
              <w:rPr>
                <w:sz w:val="18"/>
                <w:lang w:val="pl-PL"/>
              </w:rPr>
              <w:t xml:space="preserve"> kontaktować się z wybranymi szkołami po analizie zgłoszeń. </w:t>
            </w:r>
            <w:r w:rsidR="008178FD" w:rsidRPr="000345D8">
              <w:rPr>
                <w:b/>
                <w:color w:val="C00000"/>
                <w:sz w:val="18"/>
                <w:lang w:val="pl-PL"/>
              </w:rPr>
              <w:t>*</w:t>
            </w:r>
          </w:p>
          <w:p w14:paraId="1EFEBE20" w14:textId="48FD9465" w:rsidR="00354679" w:rsidRPr="000345D8" w:rsidRDefault="00000000" w:rsidP="00FD7C5B">
            <w:pPr>
              <w:spacing w:after="40"/>
              <w:ind w:left="198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 xml:space="preserve">☐ Wyrażam zgodę na kontakt w sprawie zgłoszenia z wykorzystaniem podanych danych kontaktowych. </w:t>
            </w:r>
            <w:r w:rsidR="008178FD" w:rsidRPr="000345D8">
              <w:rPr>
                <w:b/>
                <w:color w:val="C00000"/>
                <w:sz w:val="18"/>
                <w:lang w:val="pl-PL"/>
              </w:rPr>
              <w:t>*</w:t>
            </w:r>
          </w:p>
        </w:tc>
      </w:tr>
    </w:tbl>
    <w:p w14:paraId="342D2101" w14:textId="77777777" w:rsidR="00354679" w:rsidRPr="000345D8" w:rsidRDefault="00000000">
      <w:pPr>
        <w:pStyle w:val="SectionHeading"/>
        <w:keepNext/>
        <w:rPr>
          <w:color w:val="002060"/>
          <w:lang w:val="pl-PL"/>
        </w:rPr>
      </w:pPr>
      <w:r w:rsidRPr="000345D8">
        <w:rPr>
          <w:color w:val="002060"/>
          <w:lang w:val="pl-PL"/>
        </w:rPr>
        <w:t>10. Podpis / akceptacja zgłoszenia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917"/>
      </w:tblGrid>
      <w:tr w:rsidR="00354679" w:rsidRPr="000345D8" w14:paraId="79ECB437" w14:textId="77777777">
        <w:trPr>
          <w:jc w:val="center"/>
        </w:trPr>
        <w:tc>
          <w:tcPr>
            <w:tcW w:w="2835" w:type="dxa"/>
          </w:tcPr>
          <w:p w14:paraId="42580046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Data wypełnienia formularza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</w:tc>
        <w:tc>
          <w:tcPr>
            <w:tcW w:w="6917" w:type="dxa"/>
          </w:tcPr>
          <w:p w14:paraId="450F6043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4C7F252E" w14:textId="77777777">
        <w:trPr>
          <w:jc w:val="center"/>
        </w:trPr>
        <w:tc>
          <w:tcPr>
            <w:tcW w:w="2835" w:type="dxa"/>
          </w:tcPr>
          <w:p w14:paraId="08CAA5EF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Imię i nazwisko osoby składającej zgłoszenie</w:t>
            </w:r>
            <w:r w:rsidRPr="000345D8">
              <w:rPr>
                <w:b/>
                <w:color w:val="C00000"/>
                <w:sz w:val="18"/>
                <w:lang w:val="pl-PL"/>
              </w:rPr>
              <w:t xml:space="preserve"> *</w:t>
            </w:r>
          </w:p>
        </w:tc>
        <w:tc>
          <w:tcPr>
            <w:tcW w:w="6917" w:type="dxa"/>
          </w:tcPr>
          <w:p w14:paraId="614C705A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259A8736" w14:textId="77777777">
        <w:trPr>
          <w:jc w:val="center"/>
        </w:trPr>
        <w:tc>
          <w:tcPr>
            <w:tcW w:w="2835" w:type="dxa"/>
          </w:tcPr>
          <w:p w14:paraId="44C2328C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Stanowisko / funkcja</w:t>
            </w:r>
          </w:p>
        </w:tc>
        <w:tc>
          <w:tcPr>
            <w:tcW w:w="6917" w:type="dxa"/>
          </w:tcPr>
          <w:p w14:paraId="691A00B8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  <w:tr w:rsidR="00354679" w:rsidRPr="000345D8" w14:paraId="74EB4331" w14:textId="77777777">
        <w:trPr>
          <w:jc w:val="center"/>
        </w:trPr>
        <w:tc>
          <w:tcPr>
            <w:tcW w:w="2835" w:type="dxa"/>
          </w:tcPr>
          <w:p w14:paraId="3441D977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b/>
                <w:sz w:val="18"/>
                <w:lang w:val="pl-PL"/>
              </w:rPr>
              <w:t>Podpis</w:t>
            </w:r>
          </w:p>
          <w:p w14:paraId="5D408292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666666"/>
                <w:sz w:val="16"/>
                <w:lang w:val="pl-PL"/>
              </w:rPr>
              <w:t>w przypadku przesłania skanu; przy formularzu edytowalnym wystarczy imię i nazwisko osoby zgłaszającej</w:t>
            </w:r>
          </w:p>
        </w:tc>
        <w:tc>
          <w:tcPr>
            <w:tcW w:w="6917" w:type="dxa"/>
          </w:tcPr>
          <w:p w14:paraId="0EDDFACD" w14:textId="77777777" w:rsidR="00354679" w:rsidRPr="000345D8" w:rsidRDefault="00000000">
            <w:pPr>
              <w:spacing w:after="40"/>
              <w:rPr>
                <w:lang w:val="pl-PL"/>
              </w:rPr>
            </w:pPr>
            <w:r w:rsidRPr="000345D8">
              <w:rPr>
                <w:i/>
                <w:color w:val="787878"/>
                <w:sz w:val="18"/>
                <w:lang w:val="pl-PL"/>
              </w:rPr>
              <w:t>Kliknij lub wpisz odpowiedź...</w:t>
            </w:r>
          </w:p>
        </w:tc>
      </w:tr>
    </w:tbl>
    <w:p w14:paraId="007D9BE7" w14:textId="77777777" w:rsidR="00354679" w:rsidRPr="000345D8" w:rsidRDefault="00354679">
      <w:pPr>
        <w:spacing w:before="160"/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82"/>
      </w:tblGrid>
      <w:tr w:rsidR="00354679" w:rsidRPr="000345D8" w14:paraId="4152378B" w14:textId="77777777">
        <w:trPr>
          <w:jc w:val="center"/>
        </w:trPr>
        <w:tc>
          <w:tcPr>
            <w:tcW w:w="10482" w:type="dxa"/>
            <w:tcBorders>
              <w:top w:val="single" w:sz="8" w:space="0" w:color="D6B656"/>
              <w:left w:val="single" w:sz="8" w:space="0" w:color="D6B656"/>
              <w:bottom w:val="single" w:sz="8" w:space="0" w:color="D6B656"/>
              <w:right w:val="single" w:sz="8" w:space="0" w:color="D6B656"/>
            </w:tcBorders>
            <w:shd w:val="clear" w:color="auto" w:fill="D9EAF7"/>
          </w:tcPr>
          <w:p w14:paraId="0EBA31DF" w14:textId="77777777" w:rsidR="00FD7C5B" w:rsidRPr="000345D8" w:rsidRDefault="00000000" w:rsidP="00FD7C5B">
            <w:pPr>
              <w:spacing w:after="40"/>
              <w:rPr>
                <w:sz w:val="18"/>
                <w:lang w:val="pl-PL"/>
              </w:rPr>
            </w:pPr>
            <w:r w:rsidRPr="000345D8">
              <w:rPr>
                <w:sz w:val="18"/>
                <w:lang w:val="pl-PL"/>
              </w:rPr>
              <w:t xml:space="preserve">Wypełniony formularz prosimy przesłać drogą mailową na </w:t>
            </w:r>
            <w:r w:rsidR="00FD7C5B" w:rsidRPr="000345D8">
              <w:rPr>
                <w:sz w:val="18"/>
                <w:lang w:val="pl-PL"/>
              </w:rPr>
              <w:t>oba adresy mailowe:</w:t>
            </w:r>
            <w:r w:rsidR="00FD7C5B" w:rsidRPr="000345D8">
              <w:rPr>
                <w:sz w:val="18"/>
                <w:lang w:val="pl-PL"/>
              </w:rPr>
              <w:br/>
            </w:r>
            <w:hyperlink r:id="rId8" w:history="1">
              <w:r w:rsidR="00FD7C5B" w:rsidRPr="000345D8">
                <w:rPr>
                  <w:rStyle w:val="Hipercze"/>
                  <w:sz w:val="18"/>
                  <w:lang w:val="pl-PL"/>
                </w:rPr>
                <w:t>malgorzata.dawidowska@pej.pl</w:t>
              </w:r>
            </w:hyperlink>
            <w:r w:rsidR="00FD7C5B" w:rsidRPr="000345D8">
              <w:rPr>
                <w:sz w:val="18"/>
                <w:lang w:val="pl-PL"/>
              </w:rPr>
              <w:t xml:space="preserve"> oraz </w:t>
            </w:r>
            <w:hyperlink r:id="rId9" w:history="1">
              <w:r w:rsidR="00FD7C5B" w:rsidRPr="000345D8">
                <w:rPr>
                  <w:rStyle w:val="Hipercze"/>
                  <w:sz w:val="18"/>
                  <w:lang w:val="pl-PL"/>
                </w:rPr>
                <w:t>aleksandra.jelska@pej.pl</w:t>
              </w:r>
            </w:hyperlink>
            <w:r w:rsidRPr="000345D8">
              <w:rPr>
                <w:sz w:val="18"/>
                <w:lang w:val="pl-PL"/>
              </w:rPr>
              <w:t xml:space="preserve">. </w:t>
            </w:r>
          </w:p>
          <w:p w14:paraId="6DD28C03" w14:textId="42B9226E" w:rsidR="00354679" w:rsidRPr="000345D8" w:rsidRDefault="00000000" w:rsidP="00FD7C5B">
            <w:pPr>
              <w:spacing w:after="40"/>
              <w:rPr>
                <w:lang w:val="pl-PL"/>
              </w:rPr>
            </w:pPr>
            <w:r w:rsidRPr="000345D8">
              <w:rPr>
                <w:sz w:val="18"/>
                <w:lang w:val="pl-PL"/>
              </w:rPr>
              <w:t xml:space="preserve">Po zebraniu zgłoszeń Polskie Elektrownie Jądrowe </w:t>
            </w:r>
            <w:r w:rsidR="00FD7C5B" w:rsidRPr="000345D8">
              <w:rPr>
                <w:sz w:val="18"/>
                <w:lang w:val="pl-PL"/>
              </w:rPr>
              <w:t xml:space="preserve">oraz Fundacja FORUM ATOMOWE </w:t>
            </w:r>
            <w:r w:rsidRPr="000345D8">
              <w:rPr>
                <w:sz w:val="18"/>
                <w:lang w:val="pl-PL"/>
              </w:rPr>
              <w:t>przeanalizują możliwości realizacji zajęć i skontaktują się z wybranymi szkołami w celu uzgodnienia szczegółów.</w:t>
            </w:r>
          </w:p>
        </w:tc>
      </w:tr>
    </w:tbl>
    <w:p w14:paraId="0A299675" w14:textId="77777777" w:rsidR="00522DE1" w:rsidRPr="000345D8" w:rsidRDefault="00522DE1">
      <w:pPr>
        <w:rPr>
          <w:lang w:val="pl-PL"/>
        </w:rPr>
      </w:pPr>
    </w:p>
    <w:sectPr w:rsidR="00522DE1" w:rsidRPr="000345D8" w:rsidSect="00034616">
      <w:headerReference w:type="default" r:id="rId10"/>
      <w:footerReference w:type="default" r:id="rId11"/>
      <w:pgSz w:w="12240" w:h="15840"/>
      <w:pgMar w:top="765" w:right="879" w:bottom="765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4E927" w14:textId="77777777" w:rsidR="00522DE1" w:rsidRDefault="00522DE1">
      <w:pPr>
        <w:spacing w:after="0" w:line="240" w:lineRule="auto"/>
      </w:pPr>
      <w:r>
        <w:separator/>
      </w:r>
    </w:p>
  </w:endnote>
  <w:endnote w:type="continuationSeparator" w:id="0">
    <w:p w14:paraId="24B3B526" w14:textId="77777777" w:rsidR="00522DE1" w:rsidRDefault="0052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F122" w14:textId="77777777" w:rsidR="00354679" w:rsidRPr="00FD7C5B" w:rsidRDefault="00000000">
    <w:pPr>
      <w:pStyle w:val="Stopka"/>
      <w:jc w:val="center"/>
      <w:rPr>
        <w:lang w:val="pl-PL"/>
      </w:rPr>
    </w:pPr>
    <w:r w:rsidRPr="00FD7C5B">
      <w:rPr>
        <w:color w:val="646464"/>
        <w:sz w:val="16"/>
        <w:lang w:val="pl-PL"/>
      </w:rPr>
      <w:t>Zgłoszenie wstępne na rok szkolny 2026/2027 - dokument edytowalny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B771E" w14:textId="77777777" w:rsidR="00522DE1" w:rsidRDefault="00522DE1">
      <w:pPr>
        <w:spacing w:after="0" w:line="240" w:lineRule="auto"/>
      </w:pPr>
      <w:r>
        <w:separator/>
      </w:r>
    </w:p>
  </w:footnote>
  <w:footnote w:type="continuationSeparator" w:id="0">
    <w:p w14:paraId="6A1CDF4D" w14:textId="77777777" w:rsidR="00522DE1" w:rsidRDefault="0052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10E4" w14:textId="7FEFD393" w:rsidR="00354679" w:rsidRPr="00FD7C5B" w:rsidRDefault="00354679">
    <w:pPr>
      <w:pStyle w:val="Nagwek"/>
      <w:jc w:val="right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3297017">
    <w:abstractNumId w:val="8"/>
  </w:num>
  <w:num w:numId="2" w16cid:durableId="1087576307">
    <w:abstractNumId w:val="6"/>
  </w:num>
  <w:num w:numId="3" w16cid:durableId="817653056">
    <w:abstractNumId w:val="5"/>
  </w:num>
  <w:num w:numId="4" w16cid:durableId="1676881161">
    <w:abstractNumId w:val="4"/>
  </w:num>
  <w:num w:numId="5" w16cid:durableId="637033089">
    <w:abstractNumId w:val="7"/>
  </w:num>
  <w:num w:numId="6" w16cid:durableId="1201823682">
    <w:abstractNumId w:val="3"/>
  </w:num>
  <w:num w:numId="7" w16cid:durableId="1218667464">
    <w:abstractNumId w:val="2"/>
  </w:num>
  <w:num w:numId="8" w16cid:durableId="430734997">
    <w:abstractNumId w:val="1"/>
  </w:num>
  <w:num w:numId="9" w16cid:durableId="386688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5D8"/>
    <w:rsid w:val="00034616"/>
    <w:rsid w:val="0006063C"/>
    <w:rsid w:val="00147717"/>
    <w:rsid w:val="0015074B"/>
    <w:rsid w:val="001F5E59"/>
    <w:rsid w:val="002942FE"/>
    <w:rsid w:val="0029639D"/>
    <w:rsid w:val="00326F90"/>
    <w:rsid w:val="00354679"/>
    <w:rsid w:val="00522DE1"/>
    <w:rsid w:val="008178FD"/>
    <w:rsid w:val="009D37AE"/>
    <w:rsid w:val="00AA1D8D"/>
    <w:rsid w:val="00B47730"/>
    <w:rsid w:val="00CB0664"/>
    <w:rsid w:val="00EB5B77"/>
    <w:rsid w:val="00EE1ACD"/>
    <w:rsid w:val="00FC693F"/>
    <w:rsid w:val="00F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221DB5"/>
  <w14:defaultImageDpi w14:val="300"/>
  <w15:docId w15:val="{E906D6B6-E9C7-4E0B-9744-C1C06BDA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eastAsia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180" w:after="80"/>
    </w:pPr>
    <w:rPr>
      <w:rFonts w:ascii="Calibri" w:eastAsia="Calibri" w:hAnsi="Calibri"/>
      <w:b/>
      <w:color w:val="1F4E79"/>
      <w:sz w:val="26"/>
    </w:rPr>
  </w:style>
  <w:style w:type="character" w:styleId="Hipercze">
    <w:name w:val="Hyperlink"/>
    <w:basedOn w:val="Domylnaczcionkaakapitu"/>
    <w:uiPriority w:val="99"/>
    <w:unhideWhenUsed/>
    <w:rsid w:val="00FD7C5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7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.dawidowska@pej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ksandra.jelska@pej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705</Words>
  <Characters>5288</Characters>
  <Application>Microsoft Office Word</Application>
  <DocSecurity>0</DocSecurity>
  <Lines>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wstępnego zgłoszenia szkoły - Fundacja FORUM ATOMOWE</dc:title>
  <dc:subject>Bezpłatne zajęcia edukacyjne o energii jądrowej i promieniotwórczości, rok szkolny 2026/2027</dc:subject>
  <dc:creator>Fundacja FORUM ATOMOWE</dc:creator>
  <cp:keywords/>
  <dc:description>generated by python-docx</dc:description>
  <cp:lastModifiedBy>Lukasz Koszuk</cp:lastModifiedBy>
  <cp:revision>9</cp:revision>
  <dcterms:created xsi:type="dcterms:W3CDTF">2013-12-23T23:15:00Z</dcterms:created>
  <dcterms:modified xsi:type="dcterms:W3CDTF">2026-05-12T23:25:00Z</dcterms:modified>
  <cp:category/>
</cp:coreProperties>
</file>